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השורש קובע את המשמעות הבסיסית של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משורש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מגדלת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השורש נותן את המשמעות הבסיסית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יש אותיות נוספות בין אותיות השורש או לפניהן ואחריהן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לשתיהן אותו שורש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השורש עוזר להבין את המשמעות הבסיסית של מילים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למשל לומד (פועל) ותלמיד (שם עצם) מהשורש ל-מ-ד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כתובת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(ל-מ-ד)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(ד-ב-ר)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(ג-ד-ל)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קבלו כל שלוש מילים נכונות מאותו שורש, גם אם לא כל הצורות קיימות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שהשורש עוזר להבין משמעות ולדעת לכתוב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שלוש אותיות המשותפות למשפחת מילים ונותנות משמעות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נכונות מהשורש כ-ת-ב, כמו כתב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עוזר להבין את המשמעות ולדעת לכתוב את המילה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בכתיבת השורש כ-ת-ב על הלוח ולבקש מהתלמידים להוסיף מילים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בצבעים כדי לסמן את אותיות השורש בתוך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לעבוד בזוגות ולשתף דוגמאות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לרוב המילים בעברית יש שורש, בדרך כלל שלוש אותיות שחוזרות במילים מאותה משפחה ויש להן משמעות משותפת. כשמכירים את השורש קל יותר להבין מילים חדשות ולכתוב אותן 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המשותף למילים כתב, מכתב, כתיבה, כתובת?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כ-ת-ו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ת-ב-ה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של המילים: לומד, תלמיד, למד, לימוד?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מ-ד-ה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ל-מ-ת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השורש של המילים: שומר, משמר, שמירה, שמר?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ש-מ-ר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מ-ש-ר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ש-ר-ה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ש-מ-ה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שייכת למשפחת השורש ד-ב-ר?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שייכת למשפחת השורש ג-ד-ל?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אותיות יש בדרך כלל בשורש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המילים מאותו שורש יש משמעות קשורה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תמיד מופיע באותו סדר בדיוק בכל המילים במשפחה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כתב וכתיבה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לדעת מהשורש את המשמעות של מילה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משם עצם ומילים משם פועל יכולות לחלוק 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נבנתה מהשורש כ-ת-ב ומשמעותה מקום שאליו שולחים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__________ נבנתה מהשורש ל-מ-ד ומתארת תלמיד שלומד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שמירה נבנתה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מכתב נבנתה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__________ נבנתה מהשורש ד-ב-ר ומתארת מקום שומם וחסר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המילה תלמיד נבנתה מהשורש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ג-ד-ל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ש-מ-ר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מגדלת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ד-ב-ר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מהדף (כ-ת-ב, ל-מ-ד, ש-מ-ר, ד-ב-ר או ג-ד-ל) וכתבו שלוש מילים נוספות מאותה משפחה, אם אפשר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כדאי להכיר שורשים כשלומדים לכתוב מילים חדשות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מהשורש כ-ת-ב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להכיר את השורש של מילה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