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קובע את המשמעות הבסיסית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משורש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נותן את המשמעות הבסיסית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אותיות נוספות בין אותיות השורש או לפניהן ואחריהן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(ד-ב-ר)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קבלו כל שלוש מילים נכונות מאותו שורש, גם אם לא כל הצורות קיימות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המשותפות למשפחת מילים ונותנות משמעות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נכונות מהשורש כ-ת-ב, כמו כתב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להבין את המשמעות ולדעת לכתוב את המילה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השורש כ-ת-ב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בצבעים כדי לסמן את אותיות השורש בתוך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לעבוד בזוגות ולשתף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לרוב המילים בעברית יש שורש, בדרך כלל שלוש אותיות שחוזרות במילים מאותה משפחה ויש להן משמעות משותפת. כשמכירים את השורש קל יותר להבין מילים חדשות ולכתוב אותן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שמר  ·  לומד  ·  כתובת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המשותף למילים כתב, מכתב, כתיבה, כתובת?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המילים: לומד, תלמיד, למד,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מ-ד-ה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למשפחת השורש ד-ב-ר?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המילים מאותו שורש יש משמעות קשורה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תמיד מופיע באותו סדר בדיוק בכל המילים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נבנתה מהשורש כ-ת-ב ומשמעותה מקום שאליו שולחים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__________ נבנתה מהשורש ל-מ-ד ומתארת תלמיד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המילה שמירה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מהדף (כ-ת-ב, ל-מ-ד, ש-מ-ר, ד-ב-ר או ג-ד-ל) וכתבו שלוש מילים נוספות מאותה משפחה, אם אפשר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